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single" w:sz="6" w:space="0" w:color="999999"/>
          <w:left w:val="single" w:sz="6" w:space="0" w:color="999999"/>
          <w:bottom w:val="single" w:sz="6" w:space="0" w:color="999999"/>
          <w:right w:val="single" w:sz="6" w:space="0" w:color="999999"/>
        </w:tblBorders>
      </w:tblPr>
      <w:tblGrid>
        <w:gridCol w:w="9412"/>
      </w:tblGrid>
      <w:tr>
        <w:tc>
          <w:tcPr>
            <w:tcW w:type="dxa" w:w="9412"/>
            <w:shd w:val="clear" w:color="auto" w:fill="F2F2F2"/>
          </w:tcPr>
          <w:p>
            <w:pPr>
              <w:spacing w:after="120"/>
            </w:pPr>
            <w:r/>
            <w:r>
              <w:rPr>
                <w:rFonts w:ascii="Arial" w:hAnsi="Arial" w:eastAsia="Arial"/>
                <w:b/>
                <w:i w:val="0"/>
                <w:sz w:val="24"/>
              </w:rPr>
              <w:t>Note for the employer or sponsor (this page is not part of the letter; delete it before the letter is sent)</w:t>
            </w:r>
          </w:p>
          <w:p>
            <w:pPr>
              <w:keepNext/>
              <w:spacing w:after="20" w:before="80" w:line="259" w:lineRule="auto"/>
            </w:pPr>
            <w:r>
              <w:rPr>
                <w:rFonts w:ascii="Arial" w:hAnsi="Arial" w:eastAsia="Arial"/>
                <w:b/>
                <w:i w:val="0"/>
                <w:sz w:val="20"/>
              </w:rPr>
              <w:t>When to use it</w:t>
            </w:r>
          </w:p>
          <w:p>
            <w:pPr>
              <w:spacing w:after="60" w:before="0" w:line="259" w:lineRule="auto"/>
            </w:pPr>
            <w:r>
              <w:rPr>
                <w:rFonts w:ascii="Arial" w:hAnsi="Arial" w:eastAsia="Arial"/>
                <w:b w:val="0"/>
                <w:i w:val="0"/>
                <w:sz w:val="20"/>
              </w:rPr>
              <w:t>Use this template only after ADHA has made an offer to the applicant. ADHA decides admission before funding is settled, so this confirmation never affects selection.</w:t>
            </w:r>
          </w:p>
          <w:p>
            <w:pPr>
              <w:keepNext/>
              <w:spacing w:after="20" w:before="80" w:line="259" w:lineRule="auto"/>
            </w:pPr>
            <w:r>
              <w:rPr>
                <w:rFonts w:ascii="Arial" w:hAnsi="Arial" w:eastAsia="Arial"/>
                <w:b/>
                <w:i w:val="0"/>
                <w:sz w:val="20"/>
              </w:rPr>
              <w:t>What to do</w:t>
            </w:r>
          </w:p>
          <w:p>
            <w:pPr>
              <w:spacing w:after="60" w:before="0" w:line="259" w:lineRule="auto"/>
            </w:pPr>
            <w:r>
              <w:rPr>
                <w:rFonts w:ascii="Arial" w:hAnsi="Arial" w:eastAsia="Arial"/>
                <w:b w:val="0"/>
                <w:i w:val="0"/>
                <w:sz w:val="20"/>
              </w:rPr>
              <w:t>Copy the letter onto your own letterhead and fill in every yellow field. Copy the amount and the rate exactly from ADHA’s offer email. You do not choose them. Then sign it. A stamp or seal is welcome where your organisation uses one. It is not required.</w:t>
            </w:r>
          </w:p>
          <w:p>
            <w:pPr>
              <w:keepNext/>
              <w:spacing w:after="20" w:before="80" w:line="259" w:lineRule="auto"/>
            </w:pPr>
            <w:r>
              <w:rPr>
                <w:rFonts w:ascii="Arial" w:hAnsi="Arial" w:eastAsia="Arial"/>
                <w:b/>
                <w:i w:val="0"/>
                <w:sz w:val="20"/>
              </w:rPr>
              <w:t>Who signs</w:t>
            </w:r>
          </w:p>
          <w:p>
            <w:pPr>
              <w:spacing w:after="60" w:before="0" w:line="259" w:lineRule="auto"/>
            </w:pPr>
            <w:r>
              <w:rPr>
                <w:rFonts w:ascii="Arial" w:hAnsi="Arial" w:eastAsia="Arial"/>
                <w:b w:val="0"/>
                <w:i w:val="0"/>
                <w:sz w:val="20"/>
              </w:rPr>
              <w:t>The person who is authorised to sign for payments in your organisation.</w:t>
            </w:r>
          </w:p>
          <w:p>
            <w:pPr>
              <w:keepNext/>
              <w:spacing w:after="20" w:before="80" w:line="259" w:lineRule="auto"/>
            </w:pPr>
            <w:r>
              <w:rPr>
                <w:rFonts w:ascii="Arial" w:hAnsi="Arial" w:eastAsia="Arial"/>
                <w:b/>
                <w:i w:val="0"/>
                <w:sz w:val="20"/>
              </w:rPr>
              <w:t>How to send it</w:t>
            </w:r>
          </w:p>
          <w:p>
            <w:pPr>
              <w:spacing w:after="60" w:before="0" w:line="259" w:lineRule="auto"/>
            </w:pPr>
            <w:r>
              <w:rPr>
                <w:rFonts w:ascii="Arial" w:hAnsi="Arial" w:eastAsia="Arial"/>
                <w:b w:val="0"/>
                <w:i w:val="0"/>
                <w:sz w:val="20"/>
              </w:rPr>
              <w:t>Email a scan or a clear phone photo to info@adha.edu.et. ADHA may confirm the letter with the signatory by email or phone.</w:t>
            </w:r>
          </w:p>
          <w:p>
            <w:pPr>
              <w:keepNext/>
              <w:spacing w:after="20" w:before="80" w:line="259" w:lineRule="auto"/>
            </w:pPr>
            <w:r>
              <w:rPr>
                <w:rFonts w:ascii="Arial" w:hAnsi="Arial" w:eastAsia="Arial"/>
                <w:b/>
                <w:i w:val="0"/>
                <w:sz w:val="20"/>
              </w:rPr>
              <w:t>Procurement</w:t>
            </w:r>
          </w:p>
          <w:p>
            <w:pPr>
              <w:spacing w:after="60" w:before="0" w:line="259" w:lineRule="auto"/>
            </w:pPr>
            <w:r>
              <w:rPr>
                <w:rFonts w:ascii="Arial" w:hAnsi="Arial" w:eastAsia="Arial"/>
                <w:b w:val="0"/>
                <w:i w:val="0"/>
                <w:sz w:val="20"/>
              </w:rPr>
              <w:t>On request, ADHA issues a pro-forma invoice after an offer, so that your procurement office can raise a purchase order. Write to info@adha.edu.et. You may send the purchase order instead of this letter.</w:t>
            </w:r>
          </w:p>
          <w:p>
            <w:pPr>
              <w:keepNext/>
              <w:spacing w:after="20" w:before="80" w:line="259" w:lineRule="auto"/>
            </w:pPr>
            <w:r>
              <w:rPr>
                <w:rFonts w:ascii="Arial" w:hAnsi="Arial" w:eastAsia="Arial"/>
                <w:b/>
                <w:i w:val="0"/>
                <w:sz w:val="20"/>
              </w:rPr>
              <w:t>Payment</w:t>
            </w:r>
          </w:p>
          <w:p>
            <w:pPr>
              <w:spacing w:after="60" w:before="0" w:line="259" w:lineRule="auto"/>
            </w:pPr>
            <w:r>
              <w:rPr>
                <w:rFonts w:ascii="Arial" w:hAnsi="Arial" w:eastAsia="Arial"/>
                <w:b w:val="0"/>
                <w:i w:val="0"/>
                <w:sz w:val="20"/>
              </w:rPr>
              <w:t>Employers and sponsors pay in one payment. Ethiopian institutions may pay in birr, at the National Bank of Ethiopia rate on the invoice date.</w:t>
            </w:r>
          </w:p>
          <w:p>
            <w:pPr>
              <w:keepNext/>
              <w:spacing w:after="20" w:before="80" w:line="259" w:lineRule="auto"/>
            </w:pPr>
            <w:r>
              <w:rPr>
                <w:rFonts w:ascii="Arial" w:hAnsi="Arial" w:eastAsia="Arial"/>
                <w:b/>
                <w:i w:val="0"/>
                <w:sz w:val="20"/>
              </w:rPr>
              <w:t>Deadline (planned)</w:t>
            </w:r>
          </w:p>
          <w:p>
            <w:pPr>
              <w:spacing w:after="60" w:before="0" w:line="259" w:lineRule="auto"/>
            </w:pPr>
            <w:r>
              <w:rPr>
                <w:rFonts w:ascii="Arial" w:hAnsi="Arial" w:eastAsia="Arial"/>
                <w:b w:val="0"/>
                <w:i w:val="0"/>
                <w:sz w:val="20"/>
              </w:rPr>
              <w:t>Friday 19 February 2027, for Cohort 01. The offer email states the date that applies to you.</w:t>
            </w:r>
          </w:p>
        </w:tc>
      </w:tr>
    </w:tbl>
    <w:p>
      <w:pPr>
        <w:sectPr>
          <w:pgSz w:w="11906" w:h="16838"/>
          <w:pgMar w:top="1134" w:right="1247" w:bottom="1134" w:left="1247" w:header="720" w:footer="720" w:gutter="0"/>
          <w:cols w:space="720"/>
          <w:docGrid w:linePitch="360"/>
        </w:sectPr>
      </w:pPr>
    </w:p>
    <w:p>
      <w:pPr>
        <w:spacing w:after="40" w:before="0" w:line="259" w:lineRule="auto"/>
      </w:pPr>
      <w:r>
        <w:rPr>
          <w:rFonts w:ascii="Arial" w:hAnsi="Arial" w:eastAsia="Arial"/>
          <w:b w:val="0"/>
          <w:i w:val="0"/>
          <w:sz w:val="20"/>
        </w:rPr>
        <w:t xml:space="preserve">Date: </w:t>
      </w:r>
      <w:r>
        <w:rPr>
          <w:rFonts w:ascii="Arial" w:hAnsi="Arial" w:eastAsia="Arial"/>
          <w:b w:val="0"/>
          <w:i w:val="0"/>
          <w:sz w:val="20"/>
          <w:highlight w:val="yellow"/>
          <w:u w:val="single"/>
        </w:rPr>
        <w:t>[day month year]</w:t>
      </w:r>
    </w:p>
    <w:p>
      <w:pPr>
        <w:spacing w:after="160" w:before="0" w:line="259" w:lineRule="auto"/>
      </w:pPr>
      <w:r>
        <w:rPr>
          <w:rFonts w:ascii="Arial" w:hAnsi="Arial" w:eastAsia="Arial"/>
          <w:b w:val="0"/>
          <w:i w:val="0"/>
          <w:sz w:val="20"/>
        </w:rPr>
        <w:t>To: ADHA Fellowship Programme, Africa Digital Health Academy (ADHA), info@adha.edu.et</w:t>
      </w:r>
    </w:p>
    <w:p>
      <w:pPr>
        <w:keepNext/>
        <w:spacing w:after="40" w:before="100" w:line="259" w:lineRule="auto"/>
      </w:pPr>
      <w:r>
        <w:rPr>
          <w:rFonts w:ascii="Arial" w:hAnsi="Arial" w:eastAsia="Arial"/>
          <w:b/>
          <w:i w:val="0"/>
          <w:sz w:val="20"/>
        </w:rPr>
        <w:t xml:space="preserve">Subject: Seat funding confirmation for </w:t>
      </w:r>
      <w:r>
        <w:rPr>
          <w:rFonts w:ascii="Arial" w:hAnsi="Arial" w:eastAsia="Arial"/>
          <w:b/>
          <w:i w:val="0"/>
          <w:sz w:val="20"/>
          <w:highlight w:val="yellow"/>
          <w:u w:val="single"/>
        </w:rPr>
        <w:t>[Full name]</w:t>
      </w:r>
      <w:r>
        <w:rPr>
          <w:rFonts w:ascii="Arial" w:hAnsi="Arial" w:eastAsia="Arial"/>
          <w:b/>
          <w:i w:val="0"/>
          <w:sz w:val="20"/>
        </w:rPr>
        <w:t>, ADHA Digital Health &amp; AI Leadership Fellowship, Cohort 01</w:t>
      </w:r>
    </w:p>
    <w:p>
      <w:pPr>
        <w:spacing w:after="80" w:before="0" w:line="259" w:lineRule="auto"/>
      </w:pPr>
      <w:r>
        <w:rPr>
          <w:rFonts w:ascii="Arial" w:hAnsi="Arial" w:eastAsia="Arial"/>
          <w:b w:val="0"/>
          <w:i w:val="0"/>
          <w:sz w:val="20"/>
        </w:rPr>
        <w:t>Dear ADHA Fellowship team,</w:t>
      </w:r>
    </w:p>
    <w:p>
      <w:pPr>
        <w:keepNext/>
        <w:spacing w:after="40" w:before="100" w:line="259" w:lineRule="auto"/>
      </w:pPr>
      <w:r>
        <w:rPr>
          <w:rFonts w:ascii="Arial" w:hAnsi="Arial" w:eastAsia="Arial"/>
          <w:b/>
          <w:i w:val="0"/>
          <w:sz w:val="20"/>
        </w:rPr>
        <w:t>1. The offer</w:t>
      </w:r>
    </w:p>
    <w:p>
      <w:pPr>
        <w:spacing w:after="30" w:before="0" w:line="259" w:lineRule="auto"/>
      </w:pPr>
      <w:r>
        <w:rPr>
          <w:rFonts w:ascii="Arial" w:hAnsi="Arial" w:eastAsia="Arial"/>
          <w:b w:val="0"/>
          <w:i w:val="0"/>
          <w:sz w:val="20"/>
        </w:rPr>
        <w:t xml:space="preserve">Date of ADHA’s offer email: </w:t>
      </w:r>
      <w:r>
        <w:rPr>
          <w:rFonts w:ascii="Arial" w:hAnsi="Arial" w:eastAsia="Arial"/>
          <w:b w:val="0"/>
          <w:i w:val="0"/>
          <w:sz w:val="20"/>
          <w:highlight w:val="yellow"/>
          <w:u w:val="single"/>
        </w:rPr>
        <w:t>[day month year]</w:t>
      </w:r>
      <w:r>
        <w:rPr>
          <w:rFonts w:ascii="Arial" w:hAnsi="Arial" w:eastAsia="Arial"/>
          <w:b w:val="0"/>
          <w:i w:val="0"/>
          <w:sz w:val="20"/>
        </w:rPr>
        <w:t>.</w:t>
      </w:r>
    </w:p>
    <w:p>
      <w:pPr>
        <w:spacing w:after="30" w:before="0" w:line="259" w:lineRule="auto"/>
      </w:pPr>
      <w:r>
        <w:rPr>
          <w:rFonts w:ascii="Arial" w:hAnsi="Arial" w:eastAsia="Arial"/>
          <w:b w:val="0"/>
          <w:i w:val="0"/>
          <w:sz w:val="20"/>
        </w:rPr>
        <w:t xml:space="preserve">Amount stated in ADHA’s offer: USD </w:t>
      </w:r>
      <w:r>
        <w:rPr>
          <w:rFonts w:ascii="Arial" w:hAnsi="Arial" w:eastAsia="Arial"/>
          <w:b w:val="0"/>
          <w:i w:val="0"/>
          <w:sz w:val="20"/>
          <w:highlight w:val="yellow"/>
          <w:u w:val="single"/>
        </w:rPr>
        <w:t>[amount]</w:t>
      </w:r>
      <w:r>
        <w:rPr>
          <w:rFonts w:ascii="Arial" w:hAnsi="Arial" w:eastAsia="Arial"/>
          <w:b w:val="0"/>
          <w:i w:val="0"/>
          <w:sz w:val="20"/>
        </w:rPr>
        <w:t>.</w:t>
      </w:r>
    </w:p>
    <w:p>
      <w:pPr>
        <w:spacing w:after="30" w:before="0" w:line="259" w:lineRule="auto"/>
      </w:pPr>
      <w:r>
        <w:rPr>
          <w:rFonts w:ascii="Arial" w:hAnsi="Arial" w:eastAsia="Arial"/>
          <w:b w:val="0"/>
          <w:i w:val="0"/>
          <w:sz w:val="20"/>
        </w:rPr>
        <w:t xml:space="preserve">Rate stated in the offer: </w:t>
      </w:r>
      <w:r>
        <w:rPr>
          <w:rFonts w:ascii="Arial" w:hAnsi="Arial" w:eastAsia="Arial"/>
          <w:b w:val="0"/>
          <w:i w:val="0"/>
          <w:sz w:val="20"/>
          <w:highlight w:val="yellow"/>
          <w:u w:val="single"/>
        </w:rPr>
        <w:t>[international or African]</w:t>
      </w:r>
      <w:r>
        <w:rPr>
          <w:rFonts w:ascii="Arial" w:hAnsi="Arial" w:eastAsia="Arial"/>
          <w:b w:val="0"/>
          <w:i w:val="0"/>
          <w:sz w:val="20"/>
        </w:rPr>
        <w:t>.</w:t>
      </w:r>
    </w:p>
    <w:p>
      <w:pPr>
        <w:spacing w:after="80" w:before="0" w:line="259" w:lineRule="auto"/>
      </w:pPr>
      <w:r>
        <w:rPr>
          <w:rFonts w:ascii="Arial" w:hAnsi="Arial" w:eastAsia="Arial"/>
          <w:b w:val="0"/>
          <w:i w:val="0"/>
          <w:sz w:val="20"/>
        </w:rPr>
        <w:t>We copy these from the offer. We do not choose them.</w:t>
      </w:r>
    </w:p>
    <w:p>
      <w:pPr>
        <w:keepNext/>
        <w:spacing w:after="40" w:before="100" w:line="259" w:lineRule="auto"/>
      </w:pPr>
      <w:r>
        <w:rPr>
          <w:rFonts w:ascii="Arial" w:hAnsi="Arial" w:eastAsia="Arial"/>
          <w:b/>
          <w:i w:val="0"/>
          <w:sz w:val="20"/>
        </w:rPr>
        <w:t>2. Our commitment</w:t>
      </w:r>
    </w:p>
    <w:p>
      <w:pPr>
        <w:spacing w:after="60" w:before="0" w:line="259" w:lineRule="auto"/>
      </w:pPr>
      <w:r>
        <w:rPr>
          <w:rFonts w:ascii="Arial" w:hAnsi="Arial" w:eastAsia="Arial"/>
          <w:b w:val="0"/>
          <w:i w:val="0"/>
          <w:sz w:val="20"/>
          <w:highlight w:val="yellow"/>
          <w:u w:val="single"/>
        </w:rPr>
        <w:t>[Organisation]</w:t>
      </w:r>
      <w:r>
        <w:rPr>
          <w:rFonts w:ascii="Arial" w:hAnsi="Arial" w:eastAsia="Arial"/>
          <w:b w:val="0"/>
          <w:i w:val="0"/>
          <w:sz w:val="20"/>
        </w:rPr>
        <w:t xml:space="preserve"> will pay this amount on ADHA’s invoice, in one payment. Instalments are only for people who pay personally.</w:t>
      </w:r>
    </w:p>
    <w:p>
      <w:pPr>
        <w:spacing w:after="60" w:before="0" w:line="259" w:lineRule="auto"/>
      </w:pPr>
      <w:r>
        <w:rPr>
          <w:rFonts w:ascii="Arial" w:hAnsi="Arial" w:eastAsia="Arial"/>
          <w:b w:val="0"/>
          <w:i w:val="0"/>
          <w:sz w:val="20"/>
        </w:rPr>
        <w:t>If we are an Ethiopian institution, we may pay in birr, at the National Bank of Ethiopia rate on the invoice date.</w:t>
      </w:r>
    </w:p>
    <w:p>
      <w:pPr>
        <w:spacing w:after="80" w:before="0" w:line="259" w:lineRule="auto"/>
      </w:pPr>
      <w:r>
        <w:rPr>
          <w:rFonts w:ascii="Arial" w:hAnsi="Arial" w:eastAsia="Arial"/>
          <w:b w:val="0"/>
          <w:i w:val="0"/>
          <w:sz w:val="20"/>
        </w:rPr>
        <w:t>If our procurement rules require a pro-forma invoice before a purchase order, we will ask ADHA for one at info@adha.edu.et.</w:t>
      </w:r>
    </w:p>
    <w:p>
      <w:pPr>
        <w:keepNext/>
        <w:spacing w:after="40" w:before="100" w:line="259" w:lineRule="auto"/>
      </w:pPr>
      <w:r>
        <w:rPr>
          <w:rFonts w:ascii="Arial" w:hAnsi="Arial" w:eastAsia="Arial"/>
          <w:b/>
          <w:i w:val="0"/>
          <w:sz w:val="20"/>
        </w:rPr>
        <w:t>3. Billing details</w:t>
      </w:r>
    </w:p>
    <w:p>
      <w:pPr>
        <w:spacing w:after="30" w:before="0" w:line="259" w:lineRule="auto"/>
      </w:pPr>
      <w:r>
        <w:rPr>
          <w:rFonts w:ascii="Arial" w:hAnsi="Arial" w:eastAsia="Arial"/>
          <w:b w:val="0"/>
          <w:i w:val="0"/>
          <w:sz w:val="20"/>
        </w:rPr>
        <w:t xml:space="preserve">Billing contact name: </w:t>
      </w:r>
      <w:r>
        <w:rPr>
          <w:rFonts w:ascii="Arial" w:hAnsi="Arial" w:eastAsia="Arial"/>
          <w:b w:val="0"/>
          <w:i w:val="0"/>
          <w:sz w:val="20"/>
          <w:highlight w:val="yellow"/>
          <w:u w:val="single"/>
        </w:rPr>
        <w:t>[name]</w:t>
      </w:r>
    </w:p>
    <w:p>
      <w:pPr>
        <w:spacing w:after="30" w:before="0" w:line="259" w:lineRule="auto"/>
      </w:pPr>
      <w:r>
        <w:rPr>
          <w:rFonts w:ascii="Arial" w:hAnsi="Arial" w:eastAsia="Arial"/>
          <w:b w:val="0"/>
          <w:i w:val="0"/>
          <w:sz w:val="20"/>
        </w:rPr>
        <w:t xml:space="preserve">Billing contact email: </w:t>
      </w:r>
      <w:r>
        <w:rPr>
          <w:rFonts w:ascii="Arial" w:hAnsi="Arial" w:eastAsia="Arial"/>
          <w:b w:val="0"/>
          <w:i w:val="0"/>
          <w:sz w:val="20"/>
          <w:highlight w:val="yellow"/>
          <w:u w:val="single"/>
        </w:rPr>
        <w:t>[email]</w:t>
      </w:r>
    </w:p>
    <w:p>
      <w:pPr>
        <w:spacing w:after="30" w:before="0" w:line="259" w:lineRule="auto"/>
      </w:pPr>
      <w:r>
        <w:rPr>
          <w:rFonts w:ascii="Arial" w:hAnsi="Arial" w:eastAsia="Arial"/>
          <w:b w:val="0"/>
          <w:i w:val="0"/>
          <w:sz w:val="20"/>
        </w:rPr>
        <w:t xml:space="preserve">Billing contact phone: </w:t>
      </w:r>
      <w:r>
        <w:rPr>
          <w:rFonts w:ascii="Arial" w:hAnsi="Arial" w:eastAsia="Arial"/>
          <w:b w:val="0"/>
          <w:i w:val="0"/>
          <w:sz w:val="20"/>
          <w:highlight w:val="yellow"/>
          <w:u w:val="single"/>
        </w:rPr>
        <w:t>[phone]</w:t>
      </w:r>
    </w:p>
    <w:p>
      <w:pPr>
        <w:spacing w:after="30" w:before="0" w:line="259" w:lineRule="auto"/>
      </w:pPr>
      <w:r>
        <w:rPr>
          <w:rFonts w:ascii="Arial" w:hAnsi="Arial" w:eastAsia="Arial"/>
          <w:b w:val="0"/>
          <w:i w:val="0"/>
          <w:sz w:val="20"/>
        </w:rPr>
        <w:t xml:space="preserve">Purchase order number, if any: </w:t>
      </w:r>
      <w:r>
        <w:rPr>
          <w:rFonts w:ascii="Arial" w:hAnsi="Arial" w:eastAsia="Arial"/>
          <w:b w:val="0"/>
          <w:i w:val="0"/>
          <w:sz w:val="20"/>
          <w:highlight w:val="yellow"/>
          <w:u w:val="single"/>
        </w:rPr>
        <w:t>[number]</w:t>
      </w:r>
    </w:p>
    <w:p>
      <w:pPr>
        <w:spacing w:after="30" w:before="0" w:line="259" w:lineRule="auto"/>
      </w:pPr>
      <w:r>
        <w:rPr>
          <w:rFonts w:ascii="Arial" w:hAnsi="Arial" w:eastAsia="Arial"/>
          <w:b w:val="0"/>
          <w:i w:val="0"/>
          <w:sz w:val="20"/>
        </w:rPr>
        <w:t xml:space="preserve">VAT, tax or procurement notes, if any: </w:t>
      </w:r>
      <w:r>
        <w:rPr>
          <w:rFonts w:ascii="Arial" w:hAnsi="Arial" w:eastAsia="Arial"/>
          <w:b w:val="0"/>
          <w:i w:val="0"/>
          <w:sz w:val="20"/>
          <w:highlight w:val="yellow"/>
          <w:u w:val="single"/>
        </w:rPr>
        <w:t>[notes]</w:t>
      </w:r>
    </w:p>
    <w:p>
      <w:pPr>
        <w:keepNext/>
        <w:spacing w:after="40" w:before="100" w:line="259" w:lineRule="auto"/>
      </w:pPr>
      <w:r>
        <w:rPr>
          <w:rFonts w:ascii="Arial" w:hAnsi="Arial" w:eastAsia="Arial"/>
          <w:b/>
          <w:i w:val="0"/>
          <w:sz w:val="20"/>
        </w:rPr>
        <w:t>4. Deadline</w:t>
      </w:r>
    </w:p>
    <w:p>
      <w:pPr>
        <w:spacing w:after="80" w:before="0" w:line="259" w:lineRule="auto"/>
      </w:pPr>
      <w:r>
        <w:rPr>
          <w:rFonts w:ascii="Arial" w:hAnsi="Arial" w:eastAsia="Arial"/>
          <w:b w:val="0"/>
          <w:i w:val="0"/>
          <w:sz w:val="20"/>
        </w:rPr>
        <w:t>We will return this confirmation, or a purchase order, by the seat confirmation date in the offer (planned: Friday 19 February 2027 for Cohort 01).</w:t>
      </w:r>
    </w:p>
    <w:p>
      <w:pPr>
        <w:keepNext/>
        <w:spacing w:after="40" w:before="100" w:line="259" w:lineRule="auto"/>
      </w:pPr>
      <w:r>
        <w:rPr>
          <w:rFonts w:ascii="Arial" w:hAnsi="Arial" w:eastAsia="Arial"/>
          <w:b/>
          <w:i w:val="0"/>
          <w:sz w:val="20"/>
        </w:rPr>
        <w:t>5. Signature (authorised signatory for payments)</w:t>
      </w:r>
    </w:p>
    <w:p>
      <w:pPr>
        <w:spacing w:after="80" w:before="0" w:line="259" w:lineRule="auto"/>
      </w:pPr>
      <w:r>
        <w:rPr>
          <w:rFonts w:ascii="Arial" w:hAnsi="Arial" w:eastAsia="Arial"/>
          <w:b w:val="0"/>
          <w:i w:val="0"/>
          <w:sz w:val="20"/>
        </w:rPr>
        <w:t>ADHA may confirm this letter with the signatory by email or phone.</w:t>
      </w:r>
    </w:p>
    <w:p>
      <w:pPr>
        <w:spacing w:after="30" w:before="0" w:line="259" w:lineRule="auto"/>
      </w:pPr>
      <w:r>
        <w:rPr>
          <w:rFonts w:ascii="Arial" w:hAnsi="Arial" w:eastAsia="Arial"/>
          <w:b w:val="0"/>
          <w:i w:val="0"/>
          <w:sz w:val="20"/>
        </w:rPr>
        <w:t xml:space="preserve">Name of signatory: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Job title: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Signature: </w:t>
      </w:r>
      <w:r>
        <w:rPr>
          <w:rFonts w:ascii="Arial" w:hAnsi="Arial" w:eastAsia="Arial"/>
          <w:b w:val="0"/>
          <w:i w:val="0"/>
          <w:sz w:val="20"/>
          <w:highlight w:val="yellow"/>
          <w:u w:val="single"/>
        </w:rPr>
        <w:t xml:space="preserve">                                        </w:t>
      </w:r>
      <w:r>
        <w:rPr>
          <w:rFonts w:ascii="Arial" w:hAnsi="Arial" w:eastAsia="Arial"/>
          <w:b w:val="0"/>
          <w:i w:val="0"/>
          <w:sz w:val="20"/>
        </w:rPr>
        <w:t xml:space="preserve">      Date: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Official stamp or seal, where our organisation uses one: </w:t>
      </w:r>
      <w:r>
        <w:rPr>
          <w:rFonts w:ascii="Arial" w:hAnsi="Arial" w:eastAsia="Arial"/>
          <w:b w:val="0"/>
          <w:i w:val="0"/>
          <w:sz w:val="20"/>
          <w:highlight w:val="yellow"/>
          <w:u w:val="single"/>
        </w:rPr>
        <w:t xml:space="preserve">                                        </w:t>
      </w:r>
    </w:p>
    <w:p>
      <w:pPr>
        <w:spacing w:after="30" w:before="0" w:line="259" w:lineRule="auto"/>
      </w:pPr>
      <w:r>
        <w:rPr>
          <w:rFonts w:ascii="Arial" w:hAnsi="Arial" w:eastAsia="Arial"/>
          <w:b w:val="0"/>
          <w:i w:val="0"/>
          <w:sz w:val="20"/>
        </w:rPr>
        <w:t xml:space="preserve">Email or telephone for verification: </w:t>
      </w:r>
      <w:r>
        <w:rPr>
          <w:rFonts w:ascii="Arial" w:hAnsi="Arial" w:eastAsia="Arial"/>
          <w:b w:val="0"/>
          <w:i w:val="0"/>
          <w:sz w:val="20"/>
          <w:highlight w:val="yellow"/>
          <w:u w:val="single"/>
        </w:rPr>
        <w:t xml:space="preserve">                                        </w:t>
      </w:r>
    </w:p>
    <w:sectPr w:rsidR="00FC693F" w:rsidRPr="0006063C" w:rsidSect="00034616">
      <w:footerReference w:type="default" r:id="rId9"/>
      <w:pgSz w:w="11906" w:h="16838"/>
      <w:pgMar w:top="2268" w:right="1247" w:bottom="1020" w:left="124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eastAsia="Arial"/>
        <w:b w:val="0"/>
        <w:i w:val="0"/>
        <w:color w:val="808080"/>
        <w:sz w:val="15"/>
      </w:rPr>
      <w:t>Template provided by the Africa Digital Health Academy (ADHA) for the Fellowship seat confirmation. For the employer’s or sponsor’s own letterhead.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lang w:val="en-GB" w:eastAsia="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Seat funding confirmation</dc:title>
  <dc:subject/>
  <dc:creator>Africa Digital Health Academy (ADHA)</dc:creator>
  <cp:keywords/>
  <dc:description/>
  <cp:lastModifiedBy/>
  <cp:revision>1</cp:revision>
  <dcterms:created xsi:type="dcterms:W3CDTF">2013-12-23T23:15:00Z</dcterms:created>
  <dcterms:modified xsi:type="dcterms:W3CDTF">2013-12-23T23:15:00Z</dcterms:modified>
  <cp:category/>
</cp:coreProperties>
</file>